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BORCA İTIRAZ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[İCRA DAİRESİNİN ADI] İCRA MÜDÜRLÜĞÜ'NE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DOSYA NO        : [DOSYA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İTİRAZ EDEN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(BORÇLU)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ALACAKLI        : [ALACAKLININ ADI SOYADI / UNVANI]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Ödeme emrine itirazlarımın sunulmasıdır.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Yukarıda numarası yazılı dosyadan gönderilen ödeme emri tarafıma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[TEBLİĞ TARİHİ] tarihinde tebliğ edilmiştir. Yasal süresi içinde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aşağıdaki itirazlarımı sunuyorum.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BORCA İTİRAZ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Takip konusu borcu kabul etmiyorum. Alacaklıya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[BORCUN DAYANDIRILDIĞI İLİŞKİ: sözleşme / cari hesap / senet vb.]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nedeniyle herhangi bir borcum bulunmamaktadır.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İtiraz sebebim: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[İTİRAZ SEBEBİNİ YAZINIZ. Örnek seçenekler: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Borç hiç doğmamıştır.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Borç ödenmiştir; ödeme belgesi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Borç zamanaşımına uğramıştır.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Takas ve mahsup talebim vardır.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Borç henüz muaccel değildir.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Talep edilen miktar gerçek borçtan fazladır.]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İMZAYA İTİRAZ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(Takip bir senede dayanıyorsa VE imza size ait DEĞİLSE doldurunuz.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İmza size aitse bu bölümü tümüyle siliniz.)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Takibe dayanak yapılan [SENET / BELGE TÜRÜ] altındaki imza bana ait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DEĞİLDİR. Söz konusu imzayı ayrıca ve açıkça reddediyorum.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KISMİ İTİRAZ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(Borcun yalnızca bir kısmına itiraz ediliyorsa doldurunuz.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Borcun tamamına itiraz ediyorsanız bu bölümü siliniz.)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Borcun [KABUL EDİLEN TUTAR] tutarındaki kısmını kabul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Bunun dışında kalan [İTİRAZ EDİLEN TUTAR] tutarındaki kısma ve bu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kısma işletilen faize itiraz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5) YETKİ İTİRAZI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(İcra dairesinin yetkili olmadığını düşünüyorsanız doldurunuz.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Aksi hâlde bu bölümü siliniz.)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Takibin yapıldığı icra dairesinin yetkisine de itiraz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Yetkili icra dairesi [YETKİLİ OLDUĞU DÜŞÜNÜLEN YER] icra dairesidir.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6) FAİZE İTİRAZ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Talep edilen faize, faiz başlangıç tarihine ve faiz oranına 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ayrıca itiraz ediyorum.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açıkladığım nedenlerle takibe, borca,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[varsa imzaya], [varsa yetkiye], faize ve tüm fer'ilerine itiraz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ediyorum. İtirazımın dosyaya kaydını ve takibin durdurulmasını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İTİRAZ EDEN (BORÇLU)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[VARSA ÖDEME BELGESİ / DEKONT / SÖZLEŞME ÖRNEĞİ]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