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175"/>
      </w:tblGrid>
      <w:tr>
        <w:tc>
          <w:tcPr>
            <w:tcW w:type="dxa" w:w="6236"/>
          </w:tcPr>
          <w:p>
            <w:r>
              <w:rPr>
                <w:b/>
                <w:color w:val="1A2A4A"/>
                <w:sz w:val="26"/>
              </w:rPr>
              <w:t>KADIOĞLU HUKUK VE ARABULUCULUK BÜROSU</w:t>
            </w:r>
          </w:p>
          <w:p>
            <w:r>
              <w:rPr>
                <w:i/>
                <w:color w:val="333333"/>
                <w:sz w:val="20"/>
              </w:rPr>
              <w:t>Av. Mehmet Emin Kadıoğlu</w:t>
            </w:r>
          </w:p>
        </w:tc>
        <w:tc>
          <w:tcPr>
            <w:tcW w:type="dxa" w:w="3175"/>
          </w:tcPr>
          <w:p>
            <w:pPr>
              <w:jc w:val="right"/>
            </w:pPr>
            <w:r>
              <w:rPr>
                <w:sz w:val="18"/>
              </w:rPr>
              <w:t>Kartaltepe Mah., Malazgirt Cd., Keleş Center No:1 B Blok Kat:71</w:t>
              <w:br/>
              <w:t>34295 Küçükçekmece / İstanbul</w:t>
            </w:r>
          </w:p>
          <w:p>
            <w:pPr>
              <w:jc w:val="right"/>
            </w:pPr>
            <w:r>
              <w:rPr>
                <w:sz w:val="18"/>
              </w:rPr>
              <w:t>T: +90 506 163 90 57   •   destek@kadiogluhukukburosu.av.tr</w:t>
              <w:br/>
              <w:t>kadiogluhukukburosu.av.tr</w:t>
            </w:r>
          </w:p>
        </w:tc>
      </w:tr>
    </w:tbl>
    <w:p>
      <w:pPr>
        <w:spacing w:before="40" w:after="120"/>
        <w:pBdr>
          <w:bottom w:val="single" w:sz="6" w:space="1" w:color="c9a45c"/>
        </w:pBdr>
      </w:pPr>
    </w:p>
    <w:p>
      <w:pPr>
        <w:spacing w:before="120" w:after="160"/>
        <w:jc w:val="center"/>
      </w:pPr>
      <w:r>
        <w:rPr>
          <w:b/>
          <w:sz w:val="30"/>
        </w:rPr>
        <w:t>ÇEKIŞMELI BOŞANMA DILEKÇESI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[YER] NÖBETÇİ AİLE MAHKEMESİ HÂKİMLİĞİ'NE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DAVACI          : 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KİMLİK NO  : [T.C. KİMLİK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VEKİLİ          : [VARSA AVUKATIN ADI SOYADI VE ADRESİ]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DAVALI          : 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KİMLİK NO  : [T.C. KİMLİK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KONU            : Türk Medeni Kanunu m.166/1 uyarınca tarafların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boşanmalarına, ferî taleplere ve tedbir kararlarına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ilişkin talebimizdir.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AÇIKLAMALAR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1. Davalı ile [EVLİLİK TARİHİ] tarihinde evlendik. Bu evlilikten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[ÇOCUK SAYISI] çocuğumuz vardır: [AD SOYAD, DOĞUM TARİHİ].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2. Evlilik birliği aşağıda sıra numarası altında anlatılan olaylar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nedeniyle ortak hayatı sürdürmemiz beklenemeyecek derecede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temelinden sarsılmıştır: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a) [TARİH]: [NEREDE, KİMİN YANINDA, DAVALININ NE YAPTIĞI OLAY]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Tanık: [AD SOYAD, ADRES].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b) [TARİH]: [SOMUT OLAY]. Delil: [MESAJ KAYDI / DOKTOR RAPORU /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BANKA HAREKETİ / KAMERA GÖRÜNTÜSÜ].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c) [TARİH]: [SOMUT OLAY]. Tanık: [AD SOYAD].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3. Yaşananların kusuru davalıya aittir. [KUSURA İLİŞKİN KISA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DEĞERLENDİRME - kanuna aykırı davranışın hangi vakıada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somutlaştığı yazılır.]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4. Ortak çocuğumuzun velayeti fiilen tarafımdan kullanılmaktadır.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Çocuğun üstün menfaati velayetin tarafıma bırakılmasını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gerektirmektedir.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5. Dava süresince çocuk için aylık _____ TL, kendim için aylık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_____ TL tedbir nafakasına, boşanma ile birlikte aynı miktarda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iştirak ve yoksulluk nafakasına hükmedilmesini talep ediyorum.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6. Yaşadığım maddi kayıplar ve manevi acı nedeniyle davalıdan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_____ TL maddi, _____ TL manevi tazminat talep ediyorum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(TMK m.174/1, m.174/2).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HUKUKİ SEBEPLER : TMK m.166, m.168, m.169, m.174, m.175, m.178,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m.182, m.328, m.329; HMK ve ilgili mevzuat.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DELİLLER        : Nüfus kayıt örneği, tanık beyanları (isim listesi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ekte), mesaj/sosyal medya kayıtları, hastane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raporları, kamera görüntüleri, banka hesap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hareketleri ve her türlü yasal delil. Karşı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delillere karşı delil sunma hakkım saklıdır.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SONUÇ VE İSTEM  : Yukarıda açıklanan nedenlerle;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1) Tarafların TMK m.166/1 uyarınca BOŞANMALARINA,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2) Ortak çocuk [AD]'ın velayetinin tarafıma verilmesine ve davalı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ile kişisel ilişkinin belirlenmesine,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3) Çocuk için aylık _____ TL, kendim için aylık _____ TL tedbir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nafakasına, boşanma ile birlikte aynı miktarda iştirak ve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yoksulluk nafakasına hükmedilmesine,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4) _____ TL maddi, _____ TL manevi tazminatın davalıdan tahsiline,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5) Yargılama giderleri ve vekâlet ücretinin davalıya yükletilmesine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karar verilmesini saygıyla talep ederim.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TARİH           : [GÜN/AY/YIL]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DAVACI / VEKİLİ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İmza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EKİ             : Nüfus kayıt örneği, tanık listesi, delil örnekleri</w:t>
      </w:r>
    </w:p>
    <w:p/>
    <w:p>
      <w:pPr>
        <w:pBdr>
          <w:top w:val="single" w:sz="6" w:space="1" w:color="c9a45c"/>
        </w:pBdr>
      </w:pPr>
    </w:p>
    <w:p>
      <w:r>
        <w:rPr>
          <w:i/>
          <w:color w:val="555555"/>
          <w:sz w:val="18"/>
        </w:rPr>
        <w:t>Bu belge, Kadioğlu Hukuk Ve Arabuluculuk Bürosu tarafından bilgilendirme amacıyla hazırlanmış bir şablondur. Somut olaya ilişkin hukuki görüş veya tavsiye niteliği taşımaz. Köşeli parantez içindeki alanlar (örn. [AD SOYAD], [YER]) taraflarca doldurulur; yetkili adliye, dilekçenin türüne ve kişinin durumuna göre değişir. Kanun metinlerine mevzuat.gov.tr adresinden ulaşılabilir. Kaynak sayfa: kadiogluhukukburosu.av.tr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