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6236"/>
        <w:gridCol w:w="3175"/>
      </w:tblGrid>
      <w:tr>
        <w:tc>
          <w:tcPr>
            <w:tcW w:type="dxa" w:w="6236"/>
          </w:tcPr>
          <w:p>
            <w:r>
              <w:rPr>
                <w:b/>
                <w:color w:val="1A2A4A"/>
                <w:sz w:val="26"/>
              </w:rPr>
              <w:t>KADIOĞLU HUKUK VE ARABULUCULUK BÜROSU</w:t>
            </w:r>
          </w:p>
          <w:p>
            <w:r>
              <w:rPr>
                <w:i/>
                <w:color w:val="333333"/>
                <w:sz w:val="20"/>
              </w:rPr>
              <w:t>Av. Mehmet Emin Kadıoğlu</w:t>
            </w:r>
          </w:p>
        </w:tc>
        <w:tc>
          <w:tcPr>
            <w:tcW w:type="dxa" w:w="3175"/>
          </w:tcPr>
          <w:p>
            <w:pPr>
              <w:jc w:val="right"/>
            </w:pPr>
            <w:r>
              <w:rPr>
                <w:sz w:val="18"/>
              </w:rPr>
              <w:t>Kartaltepe Mah., Malazgirt Cd., Keleş Center No:1 B Blok Kat:71</w:t>
              <w:br/>
              <w:t>34295 Küçükçekmece / İstanbul</w:t>
            </w:r>
          </w:p>
          <w:p>
            <w:pPr>
              <w:jc w:val="right"/>
            </w:pPr>
            <w:r>
              <w:rPr>
                <w:sz w:val="18"/>
              </w:rPr>
              <w:t>T: +90 506 163 90 57   •   destek@kadiogluhukukburosu.av.tr</w:t>
              <w:br/>
              <w:t>kadiogluhukukburosu.av.tr</w:t>
            </w:r>
          </w:p>
        </w:tc>
      </w:tr>
    </w:tbl>
    <w:p>
      <w:pPr>
        <w:spacing w:before="40" w:after="120"/>
        <w:pBdr>
          <w:bottom w:val="single" w:sz="6" w:space="1" w:color="c9a45c"/>
        </w:pBdr>
      </w:pPr>
    </w:p>
    <w:p>
      <w:pPr>
        <w:spacing w:before="120" w:after="160"/>
        <w:jc w:val="center"/>
      </w:pPr>
      <w:r>
        <w:rPr>
          <w:b/>
          <w:sz w:val="30"/>
        </w:rPr>
        <w:t>İŞE İADE DAVA DILEKÇESI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[İL/İLÇE ADI] NÖBETÇİ İŞ MAHKEMESİ'NE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          : 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T.C. KİMLİK NO  : [T.C. KİMLİK NO]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[ADRES]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VEKİLİ          : [VARSA VEKİLİN ADI SOYADI VE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DAVALI          : [İŞVERENİN TİCARET UNVANI]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ADRES           : [İŞVERENİN ADRESİ]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ARABULUCULUK    : [ARABULUCULUK BÜROSU] [BÜRO DOSYA NO] sayılı dosya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Başvuru tarihi: [BAŞVURU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Son tutanak tarihi: [SON TUTANAK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KONU            : Feshin geçersizliğinin tespiti ile işe iadeye, işe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başlatılmama hâlinde ödenecek tazminat ile boşta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geçen süre ücret ve diğer haklarının belirlenmesine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karar verilmesi talebidir.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AÇIKLAMALAR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1) Davalı işverene ait [İŞYERİ ADRESİ] adresindeki işyerinde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[İŞE GİRİŞ TARİHİ] tarihinden itibaren belirsiz süreli iş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sözleşmesiyle [GÖREVİ] olarak çalıştım. Son aylık brüt ücretim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[ÜCRET] olup ayrıca [VARSA YOL / YEMEK / PRİM GİBİ MENFAATLER]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sağlanmaktaydı.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2) İşyerinde fesih tarihinde [İŞÇİ SAYISI] işçi çalışmaktadır.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[VARSA: İşverenin aynı işkolundaki diğer işyerleriyle birlikte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toplam işçi sayısı ... dır.]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3) İş sözleşmem [FESİH TARİHİ] tarihinde [FESİH BİLDİRİMİNDE YAZAN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SEBEP] gerekçesiyle feshedilmiş, fesih bildirimi tarafıma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[TEBLİĞ TARİHİ] tarihinde tebliğ edilmiştir.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4) Fesih geçerli bir sebebe dayanmamaktadır: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[SEBEPLERİ SOMUT OLARAK YAZINIZ. Örnek başlıklar: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Fesih bildiriminde sebep açık ve kesin olarak gösterilmemiştir.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Davranış/verim gerekçesiyle fesih yapılmış, savunmam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alınmamıştır.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Gösterilen sebep gerçek değildir; gerçek sebep [ÖR. SENDİKA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ÜYELİĞİ / HAK ARAMA / HAMİLELİK] dır.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- İşletme gerekçesi ileri sürülmüş, ancak ... 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5) Yasal süresi içinde arabulucuya başvurdum; [SON TUTANAK TARİHİ]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tarihli son tutanakla anlaşma sağlanamamıştır. Son tutanağın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aslı / onaylı örneği ektedir.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DELİLLER        : Fesih bildirimi, arabuluculuk son tutanağı, SGK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hizmet dökümü, işyeri kayıtları ve özlük dosyası,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ücret bordroları, [TANIK BİLGİSİ AYRICA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BİLDİRİLECEKTİR], bilirkişi incelemesi ve her türlü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yasal delil.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HUKUKİ SEBEPLER : 4857 sayılı İş Kanunu m.18, m.19, m.20, m.21;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7036 sayılı İş Mahkemeleri Kanunu m.3 ve ilgili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               mevzuat.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SONUÇ VE İSTEM  : Açıklanan nedenlerle;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Feshin geçersizliğinin tespiti ile işe iademe,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İşe başlatılmamam hâlinde ödenecek tazminat miktarının, dava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tarihindeki ücretim esas alınarak belirlenmesine,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Kararın kesinleşmesine kadar çalıştırılmadığım süre için ücret ve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diğer haklarımın, dava tarihindeki ücretim esas alınarak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   belirlenmesine,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Yargılama giderleri ile vekâlet ücretinin davalıya yükletilmesine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karar verilmesini saygıyla talep ederim.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TARİH           : [GÜN/AY/YIL]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DAVACI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[AD SOYAD]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İmza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 xml:space="preserve"> 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EKLER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1- Arabuluculuk son tutanağının aslı veya arabulucu onaylı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2- Fesih bildirimi örneği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3- [VARSA DİĞER BELGELER]</w:t>
      </w:r>
    </w:p>
    <w:p>
      <w:pPr>
        <w:spacing w:after="0" w:line="288" w:lineRule="auto"/>
      </w:pPr>
      <w:r>
        <w:rPr>
          <w:rFonts w:ascii="Consolas" w:hAnsi="Consolas"/>
          <w:sz w:val="20"/>
        </w:rPr>
        <w:t>4- [VARSA VEKÂLETNAME]</w:t>
      </w:r>
    </w:p>
    <w:p/>
    <w:p>
      <w:pPr>
        <w:pBdr>
          <w:top w:val="single" w:sz="6" w:space="1" w:color="c9a45c"/>
        </w:pBdr>
      </w:pPr>
    </w:p>
    <w:p>
      <w:r>
        <w:rPr>
          <w:i/>
          <w:color w:val="555555"/>
          <w:sz w:val="18"/>
        </w:rPr>
        <w:t>Bu belge, Kadioğlu Hukuk Ve Arabuluculuk Bürosu tarafından bilgilendirme amacıyla hazırlanmış bir şablondur. Somut olaya ilişkin hukuki görüş veya tavsiye niteliği taşımaz. Köşeli parantez içindeki alanlar (örn. [AD SOYAD], [YER]) taraflarca doldurulur; yetkili adliye, dilekçenin türüne ve kişinin durumuna göre değişir. Kanun metinlerine mevzuat.gov.tr adresinden ulaşılabilir. Kaynak sayfa: kadiogluhukukburosu.av.tr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