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175"/>
      </w:tblGrid>
      <w:tr>
        <w:tc>
          <w:tcPr>
            <w:tcW w:type="dxa" w:w="6236"/>
          </w:tcPr>
          <w:p>
            <w:r>
              <w:rPr>
                <w:b/>
                <w:color w:val="1A2A4A"/>
                <w:sz w:val="26"/>
              </w:rPr>
              <w:t>KADIOĞLU HUKUK VE ARABULUCULUK BÜROSU</w:t>
            </w:r>
          </w:p>
          <w:p>
            <w:r>
              <w:rPr>
                <w:i/>
                <w:color w:val="333333"/>
                <w:sz w:val="20"/>
              </w:rPr>
              <w:t>Av. Mehmet Emin Kadıoğlu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rPr>
                <w:sz w:val="18"/>
              </w:rPr>
              <w:t>Kartaltepe Mah., Malazgirt Cd., Keleş Center No:1 B Blok Kat:71</w:t>
              <w:br/>
              <w:t>34295 Küçükçekmece / İstanbul</w:t>
            </w:r>
          </w:p>
          <w:p>
            <w:pPr>
              <w:jc w:val="right"/>
            </w:pPr>
            <w:r>
              <w:rPr>
                <w:sz w:val="18"/>
              </w:rPr>
              <w:t>T: +90 506 163 90 57   •   destek@kadiogluhukukburosu.av.tr</w:t>
              <w:br/>
              <w:t>kadiogluhukukburosu.av.tr</w:t>
            </w:r>
          </w:p>
        </w:tc>
      </w:tr>
    </w:tbl>
    <w:p>
      <w:pPr>
        <w:spacing w:before="40" w:after="120"/>
        <w:pBdr>
          <w:bottom w:val="single" w:sz="6" w:space="1" w:color="c9a45c"/>
        </w:pBdr>
      </w:pPr>
    </w:p>
    <w:p>
      <w:pPr>
        <w:spacing w:before="120" w:after="160"/>
        <w:jc w:val="center"/>
      </w:pPr>
      <w:r>
        <w:rPr>
          <w:b/>
          <w:sz w:val="30"/>
        </w:rPr>
        <w:t>İTIRAZIN İPTALI DAVA DILEKÇESI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[İL/İLÇE ADI] NÖBETÇİ [ASLİYE HUKUK / ASLİYE TİCARET / İŞ / TÜKETİCİ /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SULH HUKUK]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MAHKEMESİ'NE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DAVACI          : [AD SOYAD / TİCARET UNVANI]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/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VERGİ NO        : [T.C. KİMLİK NO / VERGİ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VEKİLİ          : [VARSA VEKİLİN ADI SOYADI VE ADRESİ]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DAVALI          : [AD SOYAD / TİCARET UNVANI]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 DEĞERİ     : [İTİRAZ EDİLEN MİKTAR]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İCRA DOSYASI    : [İCRA DAİRESİNİN ADI] İcra Müdürlüğü'nün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[DOSYA NO] sayılı dosyası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İTİRAZ          : Davalının [İTİRAZ TARİHİ] tarihli itirazı;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tarafımıza tebliğ tarihi [TEBLİĞ TARİHİ]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ARABULUCULUK    : (Dava şartı olan uyuşmazlıklarda doldurunuz;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değilse siliniz.)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[ARABULUCULUK BÜROSU] [BÜRO DOSYA NO]; son tutanak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tarihi [SON TUTANAK TARİHİ]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KONU            : Davalının icra takibine yaptığı itirazın iptali ile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takibin devamına ve icra inkâr tazminatına karar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verilmesi talebidir.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AÇIKLAMALAR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1) Davalı ile aramızda [İLİŞKİNİN TÜRÜ: satış sözleşmesi / hizmet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sözleşmesi / cari hesap / kira ilişkisi vb.] bulunmaktadır.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[ALACAĞIN DOĞDUĞU OLAYLARI TARİHLERİYLE KISACA YAZINIZ.]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2) Bu ilişkiden doğan [ASIL ALACAK MİKTARI] tutarındaki alacağımız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ödenmediğinden, [TAKİP TARİHİ] tarihinde yukarıda numarası yazılı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dosyadan ilamsız icra takibi başlatılmıştır.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3) Davalı borçlu, [İTİRAZ TARİHİ] tarihinde [BORCUN TAMAMINA / ...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TUTARINDAKİ KISMINA] itiraz etmiş ve takip durmuştur. İtiraz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tarafımıza [TEBLİĞ TARİHİ] tarihinde tebliğ edilmiştir. Davamız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bir yıllık süre içindedir.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4) (Dava şartı olan uyuşmazlıklarda) Dava açılmadan önce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arabulucuya başvurulmuş, [SON TUTANAK TARİHİ] tarihli son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tutanakla anlaşma sağlanamamıştır. Son tutanağın aslı / onaylı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örneği ektedir.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5) Davalının itirazı haksızdır; çünkü [İTİRAZIN NEDEN HAKSIZ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OLDUĞUNU VE ALACAĞIN HANGİ BELGELERLE SABİT OLDUĞUNU YAZINIZ].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DELİLLER        : İcra dosyası, [SÖZLEŞME], [FATURALAR], [TİCARİ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DEFTER VE KAYITLAR], [YAZIŞMALAR], arabuluculuk son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tutanağı, [TANIK BİLGİSİ AYRICA BİLDİRİLECEKTİR],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bilirkişi incelemesi ve her türlü yasal delil.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HUKUKİ SEBEPLER : 2004 sayılı İcra ve İflas Kanunu m.67; [VARSA: 6102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sayılı TTK m.5/A / 7036 sayılı Kanun m.3 / 6325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sayılı Kanun m.18/A]; 6100 sayılı HMK ve ilgili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mevzuat.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SONUÇ VE İSTEM  : Açıklanan nedenlerle;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1- Davalının [İCRA DAİRESİ] [DOSYA NO] sayılı dosyasına yaptığı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itirazın [TAMAMEN / ... TUTARINDAKİ KISIM YÖNÜNDEN] iptaline ve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takibin devamına,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2- Davalının, hükmolunacak miktarın yüzde yirmisinden aşağı olmamak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üzere icra inkâr tazminatına mahkûm edilmesine,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3- Yargılama giderleri ile vekâlet ücretinin davalıya yükletilmesine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karar verilmesini saygıyla talep ederim.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TARİH      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DAVACI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[AD SOYAD / UNVAN / VEKİLİ]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İmza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EKLER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1- Arabuluculuk son tutanağının aslı veya onaylı örneği (gerekiyorsa)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2- [İCRA DOSYASI ÖRNEĞİ / İTİRAZ DİLEKÇESİ ÖRNEĞİ]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3- [SÖZLEŞME / FATURA / DİĞER BELGELER]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4- [VARSA VEKÂLETNAME]</w:t>
      </w:r>
    </w:p>
    <w:p/>
    <w:p>
      <w:pPr>
        <w:pBdr>
          <w:top w:val="single" w:sz="6" w:space="1" w:color="c9a45c"/>
        </w:pBdr>
      </w:pPr>
    </w:p>
    <w:p>
      <w:r>
        <w:rPr>
          <w:i/>
          <w:color w:val="555555"/>
          <w:sz w:val="18"/>
        </w:rPr>
        <w:t>Bu belge, Kadioğlu Hukuk Ve Arabuluculuk Bürosu tarafından bilgilendirme amacıyla hazırlanmış bir şablondur. Somut olaya ilişkin hukuki görüş veya tavsiye niteliği taşımaz. Köşeli parantez içindeki alanlar (örn. [AD SOYAD], [YER]) taraflarca doldurulur; yetkili adliye, dilekçenin türüne ve kişinin durumuna göre değişir. Kanun metinlerine mevzuat.gov.tr adresinden ulaşılabilir. Kaynak sayfa: kadiogluhukukburosu.av.tr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