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3175"/>
      </w:tblGrid>
      <w:tr>
        <w:tc>
          <w:tcPr>
            <w:tcW w:type="dxa" w:w="6236"/>
          </w:tcPr>
          <w:p>
            <w:r>
              <w:rPr>
                <w:b/>
                <w:color w:val="1A2A4A"/>
                <w:sz w:val="26"/>
              </w:rPr>
              <w:t>KADIOĞLU HUKUK VE ARABULUCULUK BÜROSU</w:t>
            </w:r>
          </w:p>
          <w:p>
            <w:r>
              <w:rPr>
                <w:i/>
                <w:color w:val="333333"/>
                <w:sz w:val="20"/>
              </w:rPr>
              <w:t>Av. Mehmet Emin Kadıoğlu</w:t>
            </w:r>
          </w:p>
        </w:tc>
        <w:tc>
          <w:tcPr>
            <w:tcW w:type="dxa" w:w="3175"/>
          </w:tcPr>
          <w:p>
            <w:pPr>
              <w:jc w:val="right"/>
            </w:pPr>
            <w:r>
              <w:rPr>
                <w:sz w:val="18"/>
              </w:rPr>
              <w:t>Kartaltepe Mah., Malazgirt Cd., Keleş Center No:1 B Blok Kat:71</w:t>
              <w:br/>
              <w:t>34295 Küçükçekmece / İstanbul</w:t>
            </w:r>
          </w:p>
          <w:p>
            <w:pPr>
              <w:jc w:val="right"/>
            </w:pPr>
            <w:r>
              <w:rPr>
                <w:sz w:val="18"/>
              </w:rPr>
              <w:t>T: +90 506 163 90 57   •   destek@kadiogluhukukburosu.av.tr</w:t>
              <w:br/>
              <w:t>kadiogluhukukburosu.av.tr</w:t>
            </w:r>
          </w:p>
        </w:tc>
      </w:tr>
    </w:tbl>
    <w:p>
      <w:pPr>
        <w:spacing w:before="40" w:after="120"/>
        <w:pBdr>
          <w:bottom w:val="single" w:sz="6" w:space="1" w:color="c9a45c"/>
        </w:pBdr>
      </w:pPr>
    </w:p>
    <w:p>
      <w:pPr>
        <w:spacing w:before="120" w:after="160"/>
        <w:jc w:val="center"/>
      </w:pPr>
      <w:r>
        <w:rPr>
          <w:b/>
          <w:sz w:val="30"/>
        </w:rPr>
        <w:t>KIRACININ TAHLIYESI DAVASI DILEKÇESI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[YER] NÖBETÇİ SULH HUKUK MAHKEMESİ HÂKİMLİĞİ'NE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DAVACI          : 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T.C. KİMLİK NO  : [T.C. KİMLİK NO]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ADRES           : [ADRES]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VEKİLİ          : [VARSA AVUKATIN ADI SOYADI VE ADRESİ]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DAVALI          : [KİRACININ AD SOYADI]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T.C. KİMLİK NO  : [T.C. KİMLİK NO]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ADRES           : [KİRALANANIN ADRESİ / KİRACININ TEBLİGAT ADRESİ]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KONU            : Türk Borçlar Kanunu m.[350 / 351 / 352]'ye dayanan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tahliye davasıdır.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DAVA DEĞERİ     : Yıllık kira bedeli [_____ TL] üzerinden.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AÇIKLAMALAR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1. Davalı ile aramızda [SÖZLEŞME TARİHİ] tarihinde imzalanan kira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sözleşmesi uyarınca davalı, [KİRALANANIN ADRESİ]'nde bulunan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[DAİRE / İŞYERİ]'ni aylık _____ TL kira bedeliyle kullanmaktadır.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Sözleşmenin süresi [_____ YIL]'dır; ilk kira yılı [TARİH]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tarihinde sona ermiştir. Kira sözleşmesinin bir örneği ektedir.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2. [GEREKSİNİM SEBEBİ İSE:]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Kiralanana [KİM İÇİN, HANGİ ZORUNLU İHTİYAÇ] nedeniyle kendim/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[YAKINIMIN] tarafından kullanılması zorunluluğu doğmuştur.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[BU İHTİYACIN SOMUT AÇIKLAMASI VE İSPAT VESİKALARI YAZILIR.]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[YENİ MALİKİN GEREKSİNİMİ İSE:]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Kiralananı [TAPU TARİH VE YEVMİYE NO] ile [TARİH]'te iktisap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ettim. Edinme tarihinden itibaren bir ay içinde davalıya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[NOTER TARİH VE YEVMİYE NO] ihtarname keşide ederek tahliye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isteğimi bildirdim; ihtar [TEBLİĞ TARİHİ]'nde tebliğ olunmuştur.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[İKİ HAKLI İHTAR İSE:]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Davalı, [KİRA YILI] kira yılı içinde kira borcunu ödememesi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nedeniyle tarafımdan [1. İHTAR TARİHİ] ve [2. İHTAR TARİHİ]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tarihlerinde iki ayrı ihtarla temerrüde düşürülmüştür. İhtar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örnekleri ve tebliğ mazbataları ektedir.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3. Kira ilişkisinden kaynaklanan bu uyuşmazlıkta [ARABULUCU 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nezdinde arabuluculuk süreci yürütülmüş; [TUTANAK TARİHİ] tarihli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son tutanak ile anlaşmaya varılamadığı tespit edilmiştir. Son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tutanak dilekçe ekindedir.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HUKUKİ SEBEPLER : TBK m.347, m.350, m.351, m.352, m.353, m.355;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HMK m.4, m.6, m.10; 6325 s. Kanun m.18/A ve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m.18/B (7445 s.K. m.37 ile eklendi); ilgili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mevzuat.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DELİLLER        : Kira sözleşmesi, tapu kaydı, ihtarname örnekleri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ve tebliğ mazbataları, arabuluculuk son tutanağı,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tanık beyanları ([AD SOYAD, ADRES]), banka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kayıtları ve her türlü yasal delil.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SONUÇ VE İSTEM  : Açıklanan nedenlerle;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1) Davalı kiracının [KİRALANANIN ADRESİ]'nde bulunan taşınmazdan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TAHLİYESİNE,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2) Yargılama giderleri ile vekâlet ücretinin davalıya yükletilmesine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karar verilmesini saygıyla talep ederim.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TARİH           : [GÜN/AY/YIL]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DAVACI / VEKİLİ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İmza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EKİ             : Kira sözleşmesi, tapu kaydı, ihtarname örnekleri,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tebliğ mazbataları, arabuluculuk son tutanağı,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vekâletname.</w:t>
      </w:r>
    </w:p>
    <w:p/>
    <w:p>
      <w:pPr>
        <w:pBdr>
          <w:top w:val="single" w:sz="6" w:space="1" w:color="c9a45c"/>
        </w:pBdr>
      </w:pPr>
    </w:p>
    <w:p>
      <w:r>
        <w:rPr>
          <w:i/>
          <w:color w:val="555555"/>
          <w:sz w:val="18"/>
        </w:rPr>
        <w:t>Bu belge, Kadioğlu Hukuk Ve Arabuluculuk Bürosu tarafından bilgilendirme amacıyla hazırlanmış bir şablondur. Somut olaya ilişkin hukuki görüş veya tavsiye niteliği taşımaz. Köşeli parantez içindeki alanlar (örn. [AD SOYAD], [YER]) taraflarca doldurulur; yetkili adliye, dilekçenin türüne ve kişinin durumuna göre değişir. Kanun metinlerine mevzuat.gov.tr adresinden ulaşılabilir. Kaynak sayfa: kadiogluhukukburosu.av.tr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