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6236"/>
        <w:gridCol w:w="3175"/>
      </w:tblGrid>
      <w:tr>
        <w:tc>
          <w:tcPr>
            <w:tcW w:type="dxa" w:w="6236"/>
          </w:tcPr>
          <w:p>
            <w:r>
              <w:rPr>
                <w:b/>
                <w:color w:val="1A2A4A"/>
                <w:sz w:val="26"/>
              </w:rPr>
              <w:t>KADIOĞLU HUKUK VE ARABULUCULUK BÜROSU</w:t>
            </w:r>
          </w:p>
          <w:p>
            <w:r>
              <w:rPr>
                <w:i/>
                <w:color w:val="333333"/>
                <w:sz w:val="20"/>
              </w:rPr>
              <w:t>Av. Mehmet Emin Kadıoğlu</w:t>
            </w:r>
          </w:p>
        </w:tc>
        <w:tc>
          <w:tcPr>
            <w:tcW w:type="dxa" w:w="3175"/>
          </w:tcPr>
          <w:p>
            <w:pPr>
              <w:jc w:val="right"/>
            </w:pPr>
            <w:r>
              <w:rPr>
                <w:sz w:val="18"/>
              </w:rPr>
              <w:t>Kartaltepe Mah., Malazgirt Cd., Keleş Center No:1 B Blok Kat:71</w:t>
              <w:br/>
              <w:t>34295 Küçükçekmece / İstanbul</w:t>
            </w:r>
          </w:p>
          <w:p>
            <w:pPr>
              <w:jc w:val="right"/>
            </w:pPr>
            <w:r>
              <w:rPr>
                <w:sz w:val="18"/>
              </w:rPr>
              <w:t>T: +90 506 163 90 57   •   destek@kadiogluhukukburosu.av.tr</w:t>
              <w:br/>
              <w:t>kadiogluhukukburosu.av.tr</w:t>
            </w:r>
          </w:p>
        </w:tc>
      </w:tr>
    </w:tbl>
    <w:p>
      <w:pPr>
        <w:spacing w:before="40" w:after="120"/>
        <w:pBdr>
          <w:bottom w:val="single" w:sz="6" w:space="1" w:color="c9a45c"/>
        </w:pBdr>
      </w:pPr>
    </w:p>
    <w:p>
      <w:pPr>
        <w:spacing w:before="120" w:after="160"/>
        <w:jc w:val="center"/>
      </w:pPr>
      <w:r>
        <w:rPr>
          <w:b/>
          <w:sz w:val="30"/>
        </w:rPr>
        <w:t>MAL BEYANI DILEKÇESI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 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[İCRA DAİRESİNİN ADI] İCRA MÜDÜRLÜĞÜ'NE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 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DOSYA NO        : [DOSYA NO]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 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MAL BEYANINDA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BULUNAN (BORÇLU): [AD SOYAD]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T.C. KİMLİK NO  : [T.C. KİMLİK NO]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ADRES           : [ADRES]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 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ALACAKLI        : [ALACAKLININ ADI SOYADI / UNVANI]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 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KONU            : Mal beyanımın sunulmasıdır.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 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AÇIKLAMALAR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 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Yukarıda numarası yazılı dosyadan gönderilen ödeme emri tarafıma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[TEBLİĞ TARİHİ] tarihinde tebliğ edilmiştir. Yasal süresi içinde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mal beyanımı aşağıdaki şekilde sunuyorum.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 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1) TAŞINMAZLARIM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[VARSA: taşınmazın bulunduğu il/ilçe, niteliği (daire, arsa,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 işyeri) ve varsa hisse oranı yazılır.]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[YOKSA: "Adıma kayıtlı taşınmaz bulunmamaktadır." yazılır.]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 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2) TAŞINIR MALLARIM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[VARSA: araç (markası ve modeli), iş makinesi, ticari eşya,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 değerli eşya gibi kalemler yazılır.]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[YOKSA: "Haczi kabil taşınır malım bulunmamaktadır." yazılır.]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 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3) ÜÇÜNCÜ KİŞİLERDEKİ ALACAK VE HAKLARIM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[VARSA: banka hesabı bulunan bankanın adı, kira alacağı,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 şirket ortaklık payı, tahsil edilecek alacaklar yazılır.]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[YOKSA: "Üçüncü kişiler nezdinde alacağım bulunmamaktadır."]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 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4) GELİRİM VE GEÇİM KAYNAĞIM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[Örnek: "[İŞVEREN ADI] nezdinde ücretli olarak çalışmaktayım."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 veya "Emekli aylığı almaktayım."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 veya "Düzenli bir gelirim bulunmamakta, geçimimi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 [GEÇİM KAYNAĞINI YAZINIZ] yoluyla sağlamaktayım."]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 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5) BORCU ÖDEME ŞEKLİM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[Örnek: "Borcumu aylık [TAKSİT TUTARI] tutarında taksitler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 hâlinde ödemeyi talep ediyorum."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 veya "Hâlihazırda borcu ödeyebilecek gelirim ve mal varlığım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 bulunmamaktadır."]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 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MALI OLMAYAN BORÇLU İÇİN KISA BEYAN ÖRNEĞİ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(Yukarıdaki bölümler yerine kullanılabilir)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"Adıma kayıtlı taşınmaz, taşınır mal ve üçüncü kişiler nezdinde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 alacağım bulunmamaktadır. Haczi kabil herhangi bir mal varlığım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 yoktur. Geçimimi [GEÇİM KAYNAĞINI YAZINIZ] yoluyla sağlamaktayım.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 Beyanım gerçeğe uygundur."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 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SONUÇ VE İSTEM  : Yukarıda ayrıntısıyla açıkladığım mal beyanımın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kabulünü ve dosyaya kaydını talep ederim.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 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TARİH           : [GÜN/AY/YIL]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 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MAL BEYANINDA BULUNAN (BORÇLU)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[AD SOYAD]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İmza</w:t>
      </w:r>
    </w:p>
    <w:p/>
    <w:p>
      <w:pPr>
        <w:pBdr>
          <w:top w:val="single" w:sz="6" w:space="1" w:color="c9a45c"/>
        </w:pBdr>
      </w:pPr>
    </w:p>
    <w:p>
      <w:r>
        <w:rPr>
          <w:i/>
          <w:color w:val="555555"/>
          <w:sz w:val="18"/>
        </w:rPr>
        <w:t>Bu belge, Kadioğlu Hukuk Ve Arabuluculuk Bürosu tarafından bilgilendirme amacıyla hazırlanmış bir şablondur. Somut olaya ilişkin hukuki görüş veya tavsiye niteliği taşımaz. Köşeli parantez içindeki alanlar (örn. [AD SOYAD], [YER]) taraflarca doldurulur; yetkili adliye, dilekçenin türüne ve kişinin durumuna göre değişir. Kanun metinlerine mevzuat.gov.tr adresinden ulaşılabilir. Kaynak sayfa: kadiogluhukukburosu.av.tr</w:t>
      </w:r>
    </w:p>
    <w:sectPr w:rsidR="00FC693F" w:rsidRPr="0006063C" w:rsidSect="00034616"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