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YILLIK ÜCRETLI İZIN İSTEM FORMU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[İŞ YERİ ADI / UNVAN] İNSAN KAYNAKLARI BİRİMİ'NE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: Yıllık Ücretli İzin İstem Formu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İşçi Bilgileri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 Soyad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Kimlik No 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Görev / Ünvan    : [GÖREV]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Sicil No         : [VARSA]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İşe Giriş Tarihi : [İŞE GİRİŞ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Hizmet Süresi    : [YIL AY GÜN]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İzin Bilgileri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Hak Edilen Yıl Sayısı            : [_____ yıl]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Bu Dönem Hak Edilen İzin (iş günü): [_____ iş günü]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Önceki Dönemden Devreden Bakiye  : [_____ iş günü] (varsa)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Kullanılmak İstenen Süre         : [_____ iş günü]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İznin Başlangıç Tarihi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İznin Bitiş Tarihi    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İş Başı Tarihi        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İzin Süresince Ulaşılabilecek Bilgiler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Telefon          : [TELEFON]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Yukarıda belirtilen tarihler arasında yıllık ücretli iznimi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kullanmak istiyorum. İzin ücretimin, iznin başlamasından önce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tarafıma ödenmesini talep ederim. Bu formun bir örneğinin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tarafıma imzalı olarak iade edilmesini rica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Tarih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İşçi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   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------------------------------------------------------------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İşveren / Vekili Değerlendirmesi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 ] Talep edilen tarihlerde UYGUNDUR.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 ] Talep edilen tarihler iş yerinin işleyişi gereği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değiştirilmiştir. Önerilen tarihler: [_____ - _____].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 ] Talep REDDEDİLMİŞTİR. Gerekçe: [_______________________].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Tarih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 Soyad / Görev : [_______________________]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 / Kaşe :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